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8A22FA" w14:paraId="488818F0" w14:textId="77777777">
        <w:trPr>
          <w:jc w:val="center"/>
        </w:trPr>
        <w:tc>
          <w:tcPr>
            <w:tcW w:w="10368" w:type="dxa"/>
            <w:shd w:val="clear" w:color="auto" w:fill="082C49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660E9BE4" w14:textId="77777777" w:rsidR="008A22FA" w:rsidRDefault="00657F16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36"/>
              </w:rPr>
              <w:t>SCHEDULE OF ACADEMIC ADVISING</w:t>
            </w:r>
          </w:p>
          <w:p w14:paraId="597F7A2E" w14:textId="77777777" w:rsidR="008A22FA" w:rsidRDefault="00657F16">
            <w:pPr>
              <w:jc w:val="center"/>
              <w:rPr>
                <w:rFonts w:hint="eastAsia"/>
              </w:rPr>
            </w:pPr>
            <w:r>
              <w:rPr>
                <w:b/>
                <w:color w:val="F2B544"/>
                <w:sz w:val="24"/>
              </w:rPr>
              <w:t>NEW STUDENTS</w:t>
            </w:r>
          </w:p>
          <w:p w14:paraId="0A7F1653" w14:textId="77777777" w:rsidR="008A22FA" w:rsidRDefault="00657F16">
            <w:pPr>
              <w:jc w:val="center"/>
              <w:rPr>
                <w:rFonts w:hint="eastAsia"/>
              </w:rPr>
            </w:pPr>
            <w:r>
              <w:rPr>
                <w:color w:val="FFFFFF"/>
                <w:sz w:val="19"/>
              </w:rPr>
              <w:t>Academic Year 2026/2027</w:t>
            </w:r>
          </w:p>
        </w:tc>
      </w:tr>
    </w:tbl>
    <w:p w14:paraId="28317E2A" w14:textId="77777777" w:rsidR="008A22FA" w:rsidRDefault="00657F16">
      <w:pPr>
        <w:jc w:val="center"/>
        <w:rPr>
          <w:rFonts w:hint="eastAsia"/>
        </w:rPr>
      </w:pPr>
      <w:r>
        <w:t xml:space="preserve">Please locate your </w:t>
      </w:r>
      <w:proofErr w:type="spellStart"/>
      <w:r>
        <w:t>programme</w:t>
      </w:r>
      <w:proofErr w:type="spellEnd"/>
      <w:r>
        <w:t xml:space="preserve"> and date below. Use the gold link in each section to join or register for your advising session.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8A22FA" w14:paraId="603A5439" w14:textId="77777777">
        <w:trPr>
          <w:jc w:val="center"/>
        </w:trPr>
        <w:tc>
          <w:tcPr>
            <w:tcW w:w="10368" w:type="dxa"/>
            <w:shd w:val="clear" w:color="auto" w:fill="F2B544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DC1D5F8" w14:textId="15DD29CA" w:rsidR="008A22FA" w:rsidRDefault="00DF001B">
            <w:pPr>
              <w:rPr>
                <w:rFonts w:hint="eastAsia"/>
              </w:rPr>
            </w:pPr>
            <w:r>
              <w:rPr>
                <w:b/>
                <w:color w:val="082C49"/>
                <w:sz w:val="23"/>
              </w:rPr>
              <w:t>TUESDAY</w:t>
            </w:r>
            <w:r w:rsidR="00657F16">
              <w:rPr>
                <w:b/>
                <w:color w:val="082C49"/>
                <w:sz w:val="23"/>
              </w:rPr>
              <w:t>, AUGUST 1</w:t>
            </w:r>
            <w:r>
              <w:rPr>
                <w:b/>
                <w:color w:val="082C49"/>
                <w:sz w:val="23"/>
              </w:rPr>
              <w:t>8</w:t>
            </w:r>
            <w:r w:rsidR="00657F16">
              <w:rPr>
                <w:b/>
                <w:color w:val="082C49"/>
                <w:sz w:val="23"/>
              </w:rPr>
              <w:t xml:space="preserve">   |   10:00 a.m. – 12:00 noon</w:t>
            </w:r>
            <w:r w:rsidR="007D4FAE">
              <w:rPr>
                <w:b/>
                <w:color w:val="082C49"/>
                <w:sz w:val="23"/>
              </w:rPr>
              <w:t xml:space="preserve">    |   2:00 – 4:00 p.m</w:t>
            </w:r>
            <w:r w:rsidR="006F4A3C">
              <w:rPr>
                <w:b/>
                <w:color w:val="082C49"/>
                <w:sz w:val="23"/>
              </w:rPr>
              <w:t>.</w:t>
            </w:r>
          </w:p>
        </w:tc>
      </w:tr>
      <w:tr w:rsidR="008A22FA" w14:paraId="30A0B125" w14:textId="77777777">
        <w:trPr>
          <w:jc w:val="center"/>
        </w:trPr>
        <w:tc>
          <w:tcPr>
            <w:tcW w:w="10368" w:type="dxa"/>
            <w:shd w:val="clear" w:color="auto" w:fill="F4F7F9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38BDF356" w14:textId="043CAE2A" w:rsidR="008A22FA" w:rsidRDefault="00657F16">
            <w:pPr>
              <w:rPr>
                <w:rFonts w:hint="eastAsia"/>
              </w:rPr>
            </w:pPr>
            <w:r>
              <w:rPr>
                <w:b/>
                <w:color w:val="082C49"/>
                <w:sz w:val="24"/>
              </w:rPr>
              <w:t>Online Group Advising followed by One-on-One Advising</w:t>
            </w:r>
            <w:r w:rsidR="000A2BCC">
              <w:rPr>
                <w:b/>
                <w:color w:val="082C49"/>
                <w:sz w:val="24"/>
              </w:rPr>
              <w:t xml:space="preserve"> via ZOOM</w:t>
            </w:r>
          </w:p>
          <w:p w14:paraId="6A2D01E8" w14:textId="77777777" w:rsidR="008A22FA" w:rsidRDefault="00657F16">
            <w:pPr>
              <w:rPr>
                <w:rFonts w:hint="eastAsia"/>
              </w:rPr>
            </w:pPr>
            <w:proofErr w:type="spellStart"/>
            <w:r>
              <w:rPr>
                <w:b/>
                <w:color w:val="294D69"/>
              </w:rPr>
              <w:t>Programmes</w:t>
            </w:r>
            <w:proofErr w:type="spellEnd"/>
            <w:r>
              <w:rPr>
                <w:b/>
                <w:color w:val="294D69"/>
              </w:rPr>
              <w:t xml:space="preserve">: </w:t>
            </w:r>
            <w:r>
              <w:t>Banking &amp; Finance • Human Resource Management • Insurance &amp; Risk Management • International Tourism Management • Leadership &amp; Management • Management Studies • Marketing Special • Sports Management Special</w:t>
            </w:r>
          </w:p>
          <w:p w14:paraId="6794A3C7" w14:textId="77777777" w:rsidR="006F4A3C" w:rsidRDefault="00657F16">
            <w:pPr>
              <w:rPr>
                <w:rFonts w:hint="eastAsia"/>
                <w:b/>
                <w:color w:val="294D69"/>
              </w:rPr>
            </w:pPr>
            <w:r>
              <w:rPr>
                <w:b/>
                <w:color w:val="294D69"/>
              </w:rPr>
              <w:t xml:space="preserve">Advisor(s): </w:t>
            </w:r>
          </w:p>
          <w:p w14:paraId="5BAF0F0D" w14:textId="6E2731C4" w:rsidR="008A22FA" w:rsidRDefault="006F4A3C">
            <w:pPr>
              <w:rPr>
                <w:rFonts w:hint="eastAsia"/>
              </w:rPr>
            </w:pPr>
            <w:r>
              <w:rPr>
                <w:b/>
                <w:color w:val="294D69"/>
              </w:rPr>
              <w:t xml:space="preserve">10am-12noon: </w:t>
            </w:r>
            <w:r w:rsidR="00657F16">
              <w:t>Mrs. Pavitra Mohammed</w:t>
            </w:r>
            <w:r w:rsidR="00A629E5">
              <w:t xml:space="preserve"> •</w:t>
            </w:r>
            <w:r w:rsidR="006564FF">
              <w:t xml:space="preserve"> Ms. Ornella Mattoo • Mr. Ansaar Ali • Mrs. Kafi Johnson-Licorish</w:t>
            </w:r>
          </w:p>
          <w:p w14:paraId="33535C05" w14:textId="4263802E" w:rsidR="006F4A3C" w:rsidRDefault="00FB0381">
            <w:pPr>
              <w:rPr>
                <w:rFonts w:hint="eastAsia"/>
              </w:rPr>
            </w:pPr>
            <w:r>
              <w:rPr>
                <w:b/>
                <w:color w:val="294D69"/>
              </w:rPr>
              <w:t>2p</w:t>
            </w:r>
            <w:r w:rsidR="006F4A3C">
              <w:rPr>
                <w:b/>
                <w:color w:val="294D69"/>
              </w:rPr>
              <w:t>m-</w:t>
            </w:r>
            <w:r>
              <w:rPr>
                <w:b/>
                <w:color w:val="294D69"/>
              </w:rPr>
              <w:t>4pm</w:t>
            </w:r>
            <w:r w:rsidR="006F4A3C">
              <w:rPr>
                <w:b/>
                <w:color w:val="294D69"/>
              </w:rPr>
              <w:t xml:space="preserve">: </w:t>
            </w:r>
            <w:r w:rsidR="006F4A3C">
              <w:t>Mrs. Pavitra Mohammed • M</w:t>
            </w:r>
            <w:r>
              <w:t>r</w:t>
            </w:r>
            <w:r w:rsidR="006F4A3C">
              <w:t xml:space="preserve">. </w:t>
            </w:r>
            <w:r>
              <w:t>Satesh Sookhai</w:t>
            </w:r>
            <w:r w:rsidR="006F4A3C">
              <w:t xml:space="preserve"> • M</w:t>
            </w:r>
            <w:r>
              <w:t>s</w:t>
            </w:r>
            <w:r w:rsidR="006F4A3C">
              <w:t xml:space="preserve">. </w:t>
            </w:r>
            <w:r>
              <w:t xml:space="preserve">Jewell </w:t>
            </w:r>
            <w:proofErr w:type="spellStart"/>
            <w:r>
              <w:t>Garrette</w:t>
            </w:r>
            <w:proofErr w:type="spellEnd"/>
            <w:r w:rsidR="006F4A3C">
              <w:t xml:space="preserve"> • Mr. </w:t>
            </w:r>
            <w:r>
              <w:t>Irshad Mohammed</w:t>
            </w:r>
          </w:p>
          <w:p w14:paraId="65E14388" w14:textId="77777777" w:rsidR="008A22FA" w:rsidRDefault="00657F16">
            <w:pPr>
              <w:rPr>
                <w:rFonts w:hint="eastAsia"/>
              </w:rPr>
            </w:pPr>
            <w:r>
              <w:rPr>
                <w:b/>
              </w:rPr>
              <w:t>Meeting ID: 930 7775 2057</w:t>
            </w:r>
            <w:r>
              <w:t xml:space="preserve">   |   </w:t>
            </w:r>
            <w:r>
              <w:rPr>
                <w:b/>
              </w:rPr>
              <w:t>Passcode: 008842</w:t>
            </w:r>
          </w:p>
          <w:p w14:paraId="0DE8A222" w14:textId="385E7A19" w:rsidR="008A22FA" w:rsidRDefault="001B078E">
            <w:pPr>
              <w:rPr>
                <w:rFonts w:hint="eastAsia"/>
              </w:rPr>
            </w:pPr>
            <w:hyperlink r:id="rId6">
              <w:r w:rsidR="00657F16">
                <w:rPr>
                  <w:b/>
                  <w:color w:val="F2B544"/>
                </w:rPr>
                <w:t>JOIN ZOOM SESSION</w:t>
              </w:r>
            </w:hyperlink>
          </w:p>
        </w:tc>
      </w:tr>
    </w:tbl>
    <w:p w14:paraId="1FB89429" w14:textId="77777777" w:rsidR="008A22FA" w:rsidRDefault="008A22FA">
      <w:pPr>
        <w:spacing w:after="0"/>
        <w:rPr>
          <w:rFonts w:hint="eastAsia"/>
        </w:rPr>
      </w:pPr>
    </w:p>
    <w:p w14:paraId="624C25D0" w14:textId="77777777" w:rsidR="009D07E0" w:rsidRDefault="009D07E0">
      <w:pPr>
        <w:spacing w:after="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8A22FA" w14:paraId="1ED1962B" w14:textId="77777777">
        <w:trPr>
          <w:jc w:val="center"/>
        </w:trPr>
        <w:tc>
          <w:tcPr>
            <w:tcW w:w="10368" w:type="dxa"/>
            <w:shd w:val="clear" w:color="auto" w:fill="082C49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B48B196" w14:textId="77777777" w:rsidR="008A22FA" w:rsidRDefault="00657F16">
            <w:pPr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THURSDAY, AUGUST 20   |   10:00 a.m. – 12:00 noon</w:t>
            </w:r>
          </w:p>
        </w:tc>
      </w:tr>
      <w:tr w:rsidR="008A22FA" w14:paraId="6B760288" w14:textId="77777777">
        <w:trPr>
          <w:jc w:val="center"/>
        </w:trPr>
        <w:tc>
          <w:tcPr>
            <w:tcW w:w="10368" w:type="dxa"/>
            <w:shd w:val="clear" w:color="auto" w:fill="F4F7F9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697ABED1" w14:textId="6843AF36" w:rsidR="008A22FA" w:rsidRDefault="00281B02">
            <w:pPr>
              <w:rPr>
                <w:rFonts w:hint="eastAsia"/>
              </w:rPr>
            </w:pPr>
            <w:r>
              <w:rPr>
                <w:b/>
                <w:color w:val="082C49"/>
                <w:sz w:val="24"/>
              </w:rPr>
              <w:t xml:space="preserve">Mandatory </w:t>
            </w:r>
            <w:r w:rsidR="00657F16">
              <w:rPr>
                <w:b/>
                <w:color w:val="082C49"/>
                <w:sz w:val="24"/>
              </w:rPr>
              <w:t xml:space="preserve">Online </w:t>
            </w:r>
            <w:r w:rsidR="0046559F">
              <w:rPr>
                <w:rFonts w:hint="eastAsia"/>
                <w:b/>
                <w:color w:val="082C49"/>
                <w:sz w:val="24"/>
              </w:rPr>
              <w:t>Group</w:t>
            </w:r>
            <w:r w:rsidR="0046559F">
              <w:rPr>
                <w:b/>
                <w:color w:val="082C49"/>
                <w:sz w:val="24"/>
              </w:rPr>
              <w:t xml:space="preserve"> </w:t>
            </w:r>
            <w:r>
              <w:rPr>
                <w:b/>
                <w:color w:val="082C49"/>
                <w:sz w:val="24"/>
              </w:rPr>
              <w:t>Orientation</w:t>
            </w:r>
            <w:r w:rsidR="0046559F">
              <w:rPr>
                <w:b/>
                <w:color w:val="082C49"/>
                <w:sz w:val="24"/>
              </w:rPr>
              <w:t xml:space="preserve"> </w:t>
            </w:r>
            <w:r w:rsidR="00657F16">
              <w:rPr>
                <w:b/>
                <w:color w:val="082C49"/>
                <w:sz w:val="24"/>
              </w:rPr>
              <w:t>via Z</w:t>
            </w:r>
            <w:r w:rsidR="000A2BCC">
              <w:rPr>
                <w:b/>
                <w:color w:val="082C49"/>
                <w:sz w:val="24"/>
              </w:rPr>
              <w:t>OOM</w:t>
            </w:r>
          </w:p>
          <w:p w14:paraId="24F757E8" w14:textId="2B606425" w:rsidR="008A22FA" w:rsidRDefault="00657F16">
            <w:pPr>
              <w:rPr>
                <w:rFonts w:hint="eastAsia"/>
              </w:rPr>
            </w:pPr>
            <w:proofErr w:type="spellStart"/>
            <w:r>
              <w:rPr>
                <w:b/>
                <w:color w:val="294D69"/>
              </w:rPr>
              <w:t>Programme</w:t>
            </w:r>
            <w:proofErr w:type="spellEnd"/>
            <w:r>
              <w:rPr>
                <w:b/>
                <w:color w:val="294D69"/>
              </w:rPr>
              <w:t xml:space="preserve">: </w:t>
            </w:r>
            <w:r>
              <w:t xml:space="preserve">BSc Accounting Special </w:t>
            </w:r>
            <w:r w:rsidRPr="00262CCC">
              <w:rPr>
                <w:b/>
                <w:bCs/>
                <w:u w:val="single"/>
              </w:rPr>
              <w:t>only</w:t>
            </w:r>
          </w:p>
          <w:p w14:paraId="3FF41C0C" w14:textId="77777777" w:rsidR="008A22FA" w:rsidRDefault="00657F16">
            <w:pPr>
              <w:rPr>
                <w:rFonts w:hint="eastAsia"/>
              </w:rPr>
            </w:pPr>
            <w:r>
              <w:rPr>
                <w:b/>
                <w:color w:val="294D69"/>
              </w:rPr>
              <w:t xml:space="preserve">Advisor(s): </w:t>
            </w:r>
            <w:r>
              <w:t>Mrs. Koshina Mohammed • Mr. Imran Hosein • Dr. Martin Roberts</w:t>
            </w:r>
          </w:p>
          <w:p w14:paraId="62068AC4" w14:textId="6E59413A" w:rsidR="000C3728" w:rsidRDefault="000C3728">
            <w:pPr>
              <w:rPr>
                <w:rFonts w:hint="eastAsia"/>
              </w:rPr>
            </w:pPr>
            <w:r>
              <w:rPr>
                <w:b/>
                <w:color w:val="294D69"/>
              </w:rPr>
              <w:t xml:space="preserve">Advisor(s): </w:t>
            </w:r>
            <w:r>
              <w:t>Mr. Irshad Mohammed</w:t>
            </w:r>
          </w:p>
          <w:p w14:paraId="12E4DE1D" w14:textId="77777777" w:rsidR="008A22FA" w:rsidRDefault="00657F16">
            <w:pPr>
              <w:rPr>
                <w:rFonts w:hint="eastAsia"/>
              </w:rPr>
            </w:pPr>
            <w:r>
              <w:rPr>
                <w:b/>
              </w:rPr>
              <w:t>Meeting ID: 970 7243 2874</w:t>
            </w:r>
            <w:r>
              <w:t xml:space="preserve">   |   </w:t>
            </w:r>
            <w:r>
              <w:rPr>
                <w:b/>
              </w:rPr>
              <w:t>Passcode: 597257</w:t>
            </w:r>
          </w:p>
          <w:p w14:paraId="7129CBA2" w14:textId="066B27E5" w:rsidR="008A22FA" w:rsidRPr="001B078E" w:rsidRDefault="001B078E">
            <w:pPr>
              <w:rPr>
                <w:rFonts w:hint="eastAsia"/>
                <w:b/>
                <w:bCs/>
              </w:rPr>
            </w:pPr>
            <w:hyperlink r:id="rId7" w:history="1">
              <w:r w:rsidRPr="001B078E">
                <w:rPr>
                  <w:rStyle w:val="Hyperlink"/>
                  <w:rFonts w:hint="eastAsia"/>
                  <w:b/>
                  <w:bCs/>
                  <w:color w:val="FFC000"/>
                </w:rPr>
                <w:t>SESSION REGISTRATION LINK</w:t>
              </w:r>
            </w:hyperlink>
            <w:r w:rsidRPr="001B078E">
              <w:rPr>
                <w:b/>
                <w:bCs/>
                <w:color w:val="FFC000"/>
              </w:rPr>
              <w:t xml:space="preserve"> </w:t>
            </w:r>
          </w:p>
        </w:tc>
      </w:tr>
    </w:tbl>
    <w:p w14:paraId="294BFED6" w14:textId="77777777" w:rsidR="008A22FA" w:rsidRDefault="008A22FA">
      <w:pPr>
        <w:spacing w:after="0"/>
        <w:rPr>
          <w:rFonts w:hint="eastAsia"/>
        </w:rPr>
      </w:pPr>
    </w:p>
    <w:p w14:paraId="707720DA" w14:textId="77777777" w:rsidR="00864B9E" w:rsidRDefault="00864B9E">
      <w:pPr>
        <w:spacing w:after="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8A22FA" w14:paraId="2EC07037" w14:textId="77777777">
        <w:trPr>
          <w:jc w:val="center"/>
        </w:trPr>
        <w:tc>
          <w:tcPr>
            <w:tcW w:w="10368" w:type="dxa"/>
            <w:shd w:val="clear" w:color="auto" w:fill="082C49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37C3314" w14:textId="77777777" w:rsidR="008A22FA" w:rsidRDefault="00657F16">
            <w:pPr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FRIDAY, AUGUST 21   |   2:00 p.m. – 4:00 p.m.</w:t>
            </w:r>
          </w:p>
        </w:tc>
      </w:tr>
      <w:tr w:rsidR="008A22FA" w14:paraId="5B26BC17" w14:textId="77777777">
        <w:trPr>
          <w:jc w:val="center"/>
        </w:trPr>
        <w:tc>
          <w:tcPr>
            <w:tcW w:w="10368" w:type="dxa"/>
            <w:shd w:val="clear" w:color="auto" w:fill="F4F7F9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79DC1AD" w14:textId="77777777" w:rsidR="008A22FA" w:rsidRDefault="00657F16">
            <w:pPr>
              <w:rPr>
                <w:rFonts w:hint="eastAsia"/>
              </w:rPr>
            </w:pPr>
            <w:r>
              <w:rPr>
                <w:b/>
                <w:color w:val="082C49"/>
                <w:sz w:val="24"/>
              </w:rPr>
              <w:t>Online Group Advising followed by One-on-One Advising</w:t>
            </w:r>
          </w:p>
          <w:p w14:paraId="6A1BDF90" w14:textId="77777777" w:rsidR="008A22FA" w:rsidRDefault="00657F16">
            <w:pPr>
              <w:rPr>
                <w:rFonts w:hint="eastAsia"/>
              </w:rPr>
            </w:pPr>
            <w:proofErr w:type="spellStart"/>
            <w:r>
              <w:rPr>
                <w:b/>
                <w:color w:val="294D69"/>
              </w:rPr>
              <w:lastRenderedPageBreak/>
              <w:t>Programmes</w:t>
            </w:r>
            <w:proofErr w:type="spellEnd"/>
            <w:r>
              <w:rPr>
                <w:b/>
                <w:color w:val="294D69"/>
              </w:rPr>
              <w:t xml:space="preserve">: </w:t>
            </w:r>
            <w:r>
              <w:t>Banking &amp; Finance • Human Resource Management • Insurance &amp; Risk Management • International Tourism Management • Leadership &amp; Management • Management Studies • Marketing Special • Sports Management Special</w:t>
            </w:r>
          </w:p>
          <w:p w14:paraId="4A5C8FB9" w14:textId="1ED6527D" w:rsidR="008A22FA" w:rsidRDefault="00657F16">
            <w:pPr>
              <w:rPr>
                <w:rFonts w:hint="eastAsia"/>
              </w:rPr>
            </w:pPr>
            <w:r>
              <w:rPr>
                <w:b/>
                <w:color w:val="294D69"/>
              </w:rPr>
              <w:t xml:space="preserve">Advisor(s): </w:t>
            </w:r>
            <w:r>
              <w:t>Mrs. Pavitra Mohammed • M</w:t>
            </w:r>
            <w:r w:rsidR="002F6DA4">
              <w:t>s</w:t>
            </w:r>
            <w:r>
              <w:t xml:space="preserve">. </w:t>
            </w:r>
            <w:r w:rsidR="002F6DA4">
              <w:t>Ornella Mattoo</w:t>
            </w:r>
            <w:r>
              <w:t xml:space="preserve"> • Ms. Jewell </w:t>
            </w:r>
            <w:proofErr w:type="spellStart"/>
            <w:r>
              <w:t>Garrette</w:t>
            </w:r>
            <w:proofErr w:type="spellEnd"/>
            <w:r>
              <w:t xml:space="preserve"> • Mr. Irshad Mohammed</w:t>
            </w:r>
          </w:p>
          <w:p w14:paraId="5C028213" w14:textId="77777777" w:rsidR="008A22FA" w:rsidRDefault="00657F16">
            <w:pPr>
              <w:rPr>
                <w:rFonts w:hint="eastAsia"/>
              </w:rPr>
            </w:pPr>
            <w:r>
              <w:rPr>
                <w:b/>
              </w:rPr>
              <w:t>Meeting ID: 930 7775 2057</w:t>
            </w:r>
            <w:r>
              <w:t xml:space="preserve">   |   </w:t>
            </w:r>
            <w:r>
              <w:rPr>
                <w:b/>
              </w:rPr>
              <w:t>Passcode: 008842</w:t>
            </w:r>
          </w:p>
          <w:p w14:paraId="6744F2E2" w14:textId="18F87573" w:rsidR="008A22FA" w:rsidRDefault="001B078E">
            <w:pPr>
              <w:rPr>
                <w:rFonts w:hint="eastAsia"/>
              </w:rPr>
            </w:pPr>
            <w:hyperlink r:id="rId8">
              <w:r w:rsidR="00657F16">
                <w:rPr>
                  <w:b/>
                  <w:color w:val="F2B544"/>
                </w:rPr>
                <w:t>JOIN ZOOM SESSION</w:t>
              </w:r>
            </w:hyperlink>
          </w:p>
        </w:tc>
      </w:tr>
    </w:tbl>
    <w:p w14:paraId="780A9F16" w14:textId="77777777" w:rsidR="008A22FA" w:rsidRDefault="008A22FA">
      <w:pPr>
        <w:spacing w:after="0"/>
        <w:rPr>
          <w:rFonts w:hint="eastAsia"/>
        </w:rPr>
      </w:pPr>
    </w:p>
    <w:p w14:paraId="5CD119DE" w14:textId="77777777" w:rsidR="005F164F" w:rsidRDefault="005F164F">
      <w:pPr>
        <w:spacing w:after="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72543A" w14:paraId="61DA84C7" w14:textId="77777777" w:rsidTr="00ED458D">
        <w:trPr>
          <w:jc w:val="center"/>
        </w:trPr>
        <w:tc>
          <w:tcPr>
            <w:tcW w:w="10368" w:type="dxa"/>
            <w:shd w:val="clear" w:color="auto" w:fill="082C49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EF46BDA" w14:textId="608611EB" w:rsidR="0072543A" w:rsidRDefault="00E2727B" w:rsidP="00ED458D">
            <w:pPr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WEDNESDAY</w:t>
            </w:r>
            <w:r w:rsidR="0072543A">
              <w:rPr>
                <w:b/>
                <w:color w:val="FFFFFF"/>
                <w:sz w:val="23"/>
              </w:rPr>
              <w:t>, AUGUST 26   |   10:00 a.m. – 12:00 noon</w:t>
            </w:r>
          </w:p>
        </w:tc>
      </w:tr>
      <w:tr w:rsidR="0072543A" w14:paraId="6047A8BE" w14:textId="77777777" w:rsidTr="00ED458D">
        <w:trPr>
          <w:jc w:val="center"/>
        </w:trPr>
        <w:tc>
          <w:tcPr>
            <w:tcW w:w="10368" w:type="dxa"/>
            <w:shd w:val="clear" w:color="auto" w:fill="F4F7F9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724A66E" w14:textId="2493FFB4" w:rsidR="0072543A" w:rsidRDefault="0072543A" w:rsidP="00ED458D">
            <w:pPr>
              <w:rPr>
                <w:rFonts w:hint="eastAsia"/>
              </w:rPr>
            </w:pPr>
            <w:r>
              <w:rPr>
                <w:b/>
                <w:color w:val="082C49"/>
                <w:sz w:val="24"/>
              </w:rPr>
              <w:t xml:space="preserve">Online </w:t>
            </w:r>
            <w:r w:rsidR="00EF5A93">
              <w:rPr>
                <w:b/>
                <w:color w:val="082C49"/>
                <w:sz w:val="24"/>
              </w:rPr>
              <w:t>One-on-One</w:t>
            </w:r>
            <w:r>
              <w:rPr>
                <w:b/>
                <w:color w:val="082C49"/>
                <w:sz w:val="24"/>
              </w:rPr>
              <w:t xml:space="preserve"> Advising via ZOOM</w:t>
            </w:r>
          </w:p>
          <w:p w14:paraId="74117F28" w14:textId="77777777" w:rsidR="0072543A" w:rsidRDefault="0072543A" w:rsidP="00ED458D">
            <w:pPr>
              <w:rPr>
                <w:rFonts w:hint="eastAsia"/>
              </w:rPr>
            </w:pPr>
            <w:proofErr w:type="spellStart"/>
            <w:r>
              <w:rPr>
                <w:b/>
                <w:color w:val="294D69"/>
              </w:rPr>
              <w:t>Programmes</w:t>
            </w:r>
            <w:proofErr w:type="spellEnd"/>
            <w:r>
              <w:rPr>
                <w:b/>
                <w:color w:val="294D69"/>
              </w:rPr>
              <w:t xml:space="preserve">: </w:t>
            </w:r>
            <w:r>
              <w:t xml:space="preserve">BSc Accounting Special </w:t>
            </w:r>
            <w:r w:rsidRPr="00262CCC">
              <w:rPr>
                <w:b/>
                <w:bCs/>
                <w:u w:val="single"/>
              </w:rPr>
              <w:t>only</w:t>
            </w:r>
          </w:p>
          <w:p w14:paraId="5E482062" w14:textId="77777777" w:rsidR="0072543A" w:rsidRDefault="0072543A" w:rsidP="00ED458D">
            <w:pPr>
              <w:rPr>
                <w:rFonts w:hint="eastAsia"/>
              </w:rPr>
            </w:pPr>
            <w:r>
              <w:rPr>
                <w:b/>
                <w:color w:val="294D69"/>
              </w:rPr>
              <w:t xml:space="preserve">Advisor(s): </w:t>
            </w:r>
            <w:r>
              <w:t>Mrs. Koshina Mohammed • Mr. Imran Hosein • Dr. Martin Roberts</w:t>
            </w:r>
          </w:p>
          <w:p w14:paraId="33B24353" w14:textId="77777777" w:rsidR="0072543A" w:rsidRDefault="0072543A" w:rsidP="00ED458D">
            <w:pPr>
              <w:rPr>
                <w:rFonts w:hint="eastAsia"/>
              </w:rPr>
            </w:pPr>
            <w:r>
              <w:rPr>
                <w:b/>
              </w:rPr>
              <w:t>Meeting ID: 970 7243 2874</w:t>
            </w:r>
            <w:r>
              <w:t xml:space="preserve">   |   </w:t>
            </w:r>
            <w:r>
              <w:rPr>
                <w:b/>
              </w:rPr>
              <w:t>Passcode: 597257</w:t>
            </w:r>
          </w:p>
          <w:p w14:paraId="58CD8A83" w14:textId="6EBA9B50" w:rsidR="0072543A" w:rsidRDefault="001B078E" w:rsidP="00ED458D">
            <w:pPr>
              <w:rPr>
                <w:rFonts w:hint="eastAsia"/>
              </w:rPr>
            </w:pPr>
            <w:hyperlink r:id="rId9">
              <w:r w:rsidR="00AF71AF">
                <w:rPr>
                  <w:b/>
                  <w:color w:val="F2B544"/>
                </w:rPr>
                <w:t>JOIN ZOOM SESSION</w:t>
              </w:r>
            </w:hyperlink>
          </w:p>
        </w:tc>
      </w:tr>
    </w:tbl>
    <w:p w14:paraId="32C23192" w14:textId="77777777" w:rsidR="0072543A" w:rsidRDefault="0072543A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8A22FA" w14:paraId="7DA25B8A" w14:textId="77777777">
        <w:trPr>
          <w:jc w:val="center"/>
        </w:trPr>
        <w:tc>
          <w:tcPr>
            <w:tcW w:w="10368" w:type="dxa"/>
            <w:shd w:val="clear" w:color="auto" w:fill="082C49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111F043A" w14:textId="77777777" w:rsidR="008A22FA" w:rsidRDefault="00657F16">
            <w:pPr>
              <w:rPr>
                <w:rFonts w:hint="eastAsia"/>
              </w:rPr>
            </w:pPr>
            <w:r>
              <w:rPr>
                <w:b/>
                <w:color w:val="F2B544"/>
                <w:sz w:val="20"/>
              </w:rPr>
              <w:t>MISSED YOUR ADVISING SESSION?</w:t>
            </w:r>
          </w:p>
          <w:p w14:paraId="6DF1D6F8" w14:textId="77777777" w:rsidR="008A22FA" w:rsidRDefault="00657F16">
            <w:pPr>
              <w:rPr>
                <w:rFonts w:hint="eastAsia"/>
              </w:rPr>
            </w:pPr>
            <w:r>
              <w:rPr>
                <w:b/>
                <w:color w:val="FFFFFF"/>
                <w:sz w:val="34"/>
              </w:rPr>
              <w:t>VIRTUAL ACADEMIC ADVISING OFFICE</w:t>
            </w:r>
          </w:p>
          <w:p w14:paraId="71D0E73F" w14:textId="77777777" w:rsidR="008A22FA" w:rsidRDefault="00657F16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August 24–</w:t>
            </w:r>
            <w:proofErr w:type="gramStart"/>
            <w:r>
              <w:rPr>
                <w:b/>
                <w:color w:val="FFFFFF"/>
              </w:rPr>
              <w:t>28  |</w:t>
            </w:r>
            <w:proofErr w:type="gramEnd"/>
            <w:r>
              <w:rPr>
                <w:b/>
                <w:color w:val="FFFFFF"/>
              </w:rPr>
              <w:t xml:space="preserve">  11:00 a.m.–3:00 p.m. daily</w:t>
            </w:r>
          </w:p>
          <w:p w14:paraId="76443F2A" w14:textId="77777777" w:rsidR="008A22FA" w:rsidRDefault="00657F16">
            <w:pPr>
              <w:rPr>
                <w:rFonts w:hint="eastAsia"/>
              </w:rPr>
            </w:pPr>
            <w:r>
              <w:rPr>
                <w:color w:val="FFFFFF"/>
              </w:rPr>
              <w:t>For students who missed the scheduled advising meetings or require quick clarification on the academic advising process.</w:t>
            </w:r>
          </w:p>
          <w:p w14:paraId="33382206" w14:textId="551E70F1" w:rsidR="008A22FA" w:rsidRDefault="001B078E">
            <w:pPr>
              <w:rPr>
                <w:rFonts w:hint="eastAsia"/>
              </w:rPr>
            </w:pPr>
            <w:hyperlink r:id="rId10">
              <w:r w:rsidR="00657F16">
                <w:rPr>
                  <w:b/>
                  <w:color w:val="F2B544"/>
                </w:rPr>
                <w:t>ENTER VIRTUAL OFFICE</w:t>
              </w:r>
            </w:hyperlink>
          </w:p>
          <w:p w14:paraId="0B7E0C16" w14:textId="77777777" w:rsidR="008A22FA" w:rsidRDefault="00657F16">
            <w:pPr>
              <w:rPr>
                <w:rFonts w:hint="eastAsia"/>
              </w:rPr>
            </w:pPr>
            <w:r>
              <w:rPr>
                <w:color w:val="FFFFFF"/>
              </w:rPr>
              <w:t>Meeting ID: 930 7775 2057   |   Passcode: 008842</w:t>
            </w:r>
          </w:p>
        </w:tc>
      </w:tr>
    </w:tbl>
    <w:p w14:paraId="589EBC23" w14:textId="77777777" w:rsidR="008A22FA" w:rsidRDefault="008A22FA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8A22FA" w14:paraId="020D0E7E" w14:textId="77777777">
        <w:trPr>
          <w:jc w:val="center"/>
        </w:trPr>
        <w:tc>
          <w:tcPr>
            <w:tcW w:w="10368" w:type="dxa"/>
            <w:shd w:val="clear" w:color="auto" w:fill="F2B544"/>
            <w:tcMar>
              <w:top w:w="170" w:type="dxa"/>
              <w:left w:w="220" w:type="dxa"/>
              <w:bottom w:w="170" w:type="dxa"/>
              <w:right w:w="220" w:type="dxa"/>
            </w:tcMar>
          </w:tcPr>
          <w:p w14:paraId="40D6E7F1" w14:textId="66D731FA" w:rsidR="00C63BA7" w:rsidRPr="00D2149E" w:rsidRDefault="00D2149E" w:rsidP="00C63BA7">
            <w:pPr>
              <w:rPr>
                <w:rFonts w:hint="eastAsia"/>
                <w:b/>
                <w:bCs/>
                <w:sz w:val="20"/>
                <w:szCs w:val="20"/>
              </w:rPr>
            </w:pPr>
            <w:r w:rsidRPr="00D2149E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RECEIVED A LATE </w:t>
            </w:r>
            <w:r>
              <w:rPr>
                <w:b/>
                <w:bCs/>
                <w:color w:val="0F243E" w:themeColor="text2" w:themeShade="80"/>
                <w:sz w:val="20"/>
                <w:szCs w:val="20"/>
              </w:rPr>
              <w:t>ACCEPTANCE</w:t>
            </w:r>
            <w:r w:rsidRPr="00D2149E">
              <w:rPr>
                <w:b/>
                <w:bCs/>
                <w:color w:val="0F243E" w:themeColor="text2" w:themeShade="80"/>
                <w:sz w:val="20"/>
                <w:szCs w:val="20"/>
              </w:rPr>
              <w:t>?</w:t>
            </w:r>
          </w:p>
          <w:p w14:paraId="2905F505" w14:textId="3390C03B" w:rsidR="008A22FA" w:rsidRDefault="00657F16">
            <w:pPr>
              <w:rPr>
                <w:rFonts w:hint="eastAsia"/>
              </w:rPr>
            </w:pPr>
            <w:r>
              <w:rPr>
                <w:b/>
                <w:color w:val="082C49"/>
                <w:sz w:val="28"/>
              </w:rPr>
              <w:t>DEPARTMENT OF MANAGEMENT STUDIES – ADMINISTRATIVE OFFICE</w:t>
            </w:r>
          </w:p>
          <w:p w14:paraId="649584ED" w14:textId="482E4B67" w:rsidR="008A22FA" w:rsidRDefault="00657F16">
            <w:pPr>
              <w:rPr>
                <w:rFonts w:hint="eastAsia"/>
              </w:rPr>
            </w:pPr>
            <w:r>
              <w:rPr>
                <w:color w:val="082C49"/>
              </w:rPr>
              <w:t xml:space="preserve">Students who received late </w:t>
            </w:r>
            <w:r w:rsidR="00424278">
              <w:rPr>
                <w:color w:val="082C49"/>
              </w:rPr>
              <w:t>acceptance</w:t>
            </w:r>
            <w:r>
              <w:rPr>
                <w:color w:val="082C49"/>
              </w:rPr>
              <w:t xml:space="preserve"> and require assistance may visit the Department of Management Studies Administrative Office</w:t>
            </w:r>
            <w:r w:rsidR="005F164F">
              <w:rPr>
                <w:color w:val="082C49"/>
              </w:rPr>
              <w:t xml:space="preserve"> which is located at The University of the West Indies, St. Augustine Campus</w:t>
            </w:r>
            <w:r w:rsidR="00424278">
              <w:rPr>
                <w:color w:val="082C49"/>
              </w:rPr>
              <w:t>, just behind the Learning Resource Centre</w:t>
            </w:r>
            <w:r w:rsidR="00EF6819">
              <w:rPr>
                <w:color w:val="082C49"/>
              </w:rPr>
              <w:t>.</w:t>
            </w:r>
          </w:p>
          <w:p w14:paraId="57195635" w14:textId="77777777" w:rsidR="008A22FA" w:rsidRDefault="00657F16">
            <w:pPr>
              <w:rPr>
                <w:rFonts w:hint="eastAsia"/>
              </w:rPr>
            </w:pPr>
            <w:r>
              <w:rPr>
                <w:b/>
                <w:color w:val="082C49"/>
              </w:rPr>
              <w:t>September 1–</w:t>
            </w:r>
            <w:proofErr w:type="gramStart"/>
            <w:r>
              <w:rPr>
                <w:b/>
                <w:color w:val="082C49"/>
              </w:rPr>
              <w:t>4  |</w:t>
            </w:r>
            <w:proofErr w:type="gramEnd"/>
            <w:r>
              <w:rPr>
                <w:b/>
                <w:color w:val="082C49"/>
              </w:rPr>
              <w:t xml:space="preserve">  9:00 a.m.–4:00 p.m. daily</w:t>
            </w:r>
          </w:p>
        </w:tc>
      </w:tr>
    </w:tbl>
    <w:p w14:paraId="49F1A614" w14:textId="77777777" w:rsidR="000F2012" w:rsidRDefault="000F2012">
      <w:pPr>
        <w:rPr>
          <w:rFonts w:hint="eastAsia"/>
        </w:rPr>
      </w:pPr>
    </w:p>
    <w:sectPr w:rsidR="000F2012" w:rsidSect="00657F16">
      <w:pgSz w:w="12240" w:h="15840"/>
      <w:pgMar w:top="568" w:right="936" w:bottom="42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B43"/>
    <w:rsid w:val="000A2BCC"/>
    <w:rsid w:val="000C3728"/>
    <w:rsid w:val="000F2012"/>
    <w:rsid w:val="0015074B"/>
    <w:rsid w:val="001B078E"/>
    <w:rsid w:val="00262CCC"/>
    <w:rsid w:val="00281B02"/>
    <w:rsid w:val="0029639D"/>
    <w:rsid w:val="002F6DA4"/>
    <w:rsid w:val="00311BEC"/>
    <w:rsid w:val="00326F90"/>
    <w:rsid w:val="003712C3"/>
    <w:rsid w:val="0041606F"/>
    <w:rsid w:val="00424278"/>
    <w:rsid w:val="004275FA"/>
    <w:rsid w:val="0046559F"/>
    <w:rsid w:val="005F164F"/>
    <w:rsid w:val="00641D2A"/>
    <w:rsid w:val="006564FF"/>
    <w:rsid w:val="00657F16"/>
    <w:rsid w:val="006E76AF"/>
    <w:rsid w:val="006F4A3C"/>
    <w:rsid w:val="0072543A"/>
    <w:rsid w:val="00744B8E"/>
    <w:rsid w:val="007D4FAE"/>
    <w:rsid w:val="00864B9E"/>
    <w:rsid w:val="008A22FA"/>
    <w:rsid w:val="00912944"/>
    <w:rsid w:val="00921E74"/>
    <w:rsid w:val="009D07E0"/>
    <w:rsid w:val="009D7F4E"/>
    <w:rsid w:val="00A236AA"/>
    <w:rsid w:val="00A629E5"/>
    <w:rsid w:val="00AA1D8D"/>
    <w:rsid w:val="00AF71AF"/>
    <w:rsid w:val="00B47730"/>
    <w:rsid w:val="00BE35B6"/>
    <w:rsid w:val="00C14520"/>
    <w:rsid w:val="00C430CB"/>
    <w:rsid w:val="00C63BA7"/>
    <w:rsid w:val="00CB0664"/>
    <w:rsid w:val="00D2149E"/>
    <w:rsid w:val="00D924B1"/>
    <w:rsid w:val="00DF001B"/>
    <w:rsid w:val="00E00A68"/>
    <w:rsid w:val="00E073AC"/>
    <w:rsid w:val="00E2727B"/>
    <w:rsid w:val="00EF5A93"/>
    <w:rsid w:val="00EF6819"/>
    <w:rsid w:val="00FB03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C7CEAC"/>
  <w14:defaultImageDpi w14:val="300"/>
  <w15:docId w15:val="{11C1B332-3CF1-4EB5-BD17-36EDF019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B07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0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-uwi-edu.zoom.us/launch/jc/93077752057" TargetMode="External"/><Relationship Id="rId3" Type="http://schemas.openxmlformats.org/officeDocument/2006/relationships/styles" Target="styles.xml"/><Relationship Id="rId7" Type="http://schemas.openxmlformats.org/officeDocument/2006/relationships/hyperlink" Target="https://sta-uwi-edu.zoom.us/meeting/register/NIeNvzELQTi6wHG4fQK_wQ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ta-uwi-edu.zoom.us/launch/jc/9307775205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ta-uwi-edu.zoom.us/launch/jc/9307775205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-uwi-edu.zoom.us/j/97072432874?pwd=SveiYSuJiafwVk7fbXaPiS6JEBa0a8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Pavitra Mohammed</cp:lastModifiedBy>
  <cp:revision>44</cp:revision>
  <dcterms:created xsi:type="dcterms:W3CDTF">2026-08-15T22:28:00Z</dcterms:created>
  <dcterms:modified xsi:type="dcterms:W3CDTF">2026-08-20T15:26:00Z</dcterms:modified>
  <cp:category/>
</cp:coreProperties>
</file>